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E6E4C" w14:textId="77777777" w:rsidR="009F6A63" w:rsidRDefault="00000000">
      <w:pPr>
        <w:spacing w:after="40"/>
      </w:pPr>
      <w:r>
        <w:rPr>
          <w:b/>
          <w:color w:val="1B2A4A"/>
          <w:sz w:val="24"/>
        </w:rPr>
        <w:t>CATCH IT</w:t>
      </w:r>
      <w:r>
        <w:rPr>
          <w:color w:val="6B7883"/>
          <w:sz w:val="22"/>
        </w:rPr>
        <w:t xml:space="preserve">  ·  KIWI’S MATH TEST (student sheet)</w:t>
      </w:r>
    </w:p>
    <w:p w14:paraId="15DA23B7" w14:textId="77777777" w:rsidR="009F6A63" w:rsidRDefault="00000000">
      <w:pPr>
        <w:spacing w:after="60"/>
        <w:rPr>
          <w:b/>
          <w:color w:val="1B2A4A"/>
          <w:sz w:val="30"/>
        </w:rPr>
      </w:pPr>
      <w:r>
        <w:rPr>
          <w:b/>
          <w:color w:val="1B2A4A"/>
          <w:sz w:val="30"/>
        </w:rPr>
        <w:t>Mission 0 · can you check Kiwi’s test?</w:t>
      </w:r>
    </w:p>
    <w:p w14:paraId="4FBAA5A4" w14:textId="77777777" w:rsidR="00F6170A" w:rsidRDefault="00F6170A">
      <w:pPr>
        <w:spacing w:after="60"/>
      </w:pPr>
    </w:p>
    <w:p w14:paraId="6C98EF9B" w14:textId="77777777" w:rsidR="009F6A63" w:rsidRDefault="00000000">
      <w:pPr>
        <w:spacing w:after="120"/>
      </w:pPr>
      <w:r>
        <w:rPr>
          <w:color w:val="6B7883"/>
        </w:rPr>
        <w:t xml:space="preserve">detective’s name: </w:t>
      </w:r>
      <w:r>
        <w:rPr>
          <w:color w:val="1B2A4A"/>
        </w:rPr>
        <w:t>_____________________________</w:t>
      </w:r>
      <w:r>
        <w:rPr>
          <w:color w:val="6B7883"/>
        </w:rPr>
        <w:t xml:space="preserve">      date: </w:t>
      </w:r>
      <w:r>
        <w:rPr>
          <w:color w:val="1B2A4A"/>
        </w:rPr>
        <w:t>______________</w:t>
      </w:r>
    </w:p>
    <w:p w14:paraId="422CFC21" w14:textId="77777777" w:rsidR="009F6A63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677F9409" wp14:editId="245F0413">
            <wp:extent cx="822960" cy="7889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kiwi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78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14A57" w14:textId="77777777" w:rsidR="009F6A63" w:rsidRDefault="00000000">
      <w:pPr>
        <w:spacing w:after="160"/>
        <w:jc w:val="center"/>
        <w:rPr>
          <w:color w:val="1B2A4A"/>
          <w:sz w:val="19"/>
        </w:rPr>
      </w:pPr>
      <w:r>
        <w:rPr>
          <w:color w:val="1B2A4A"/>
          <w:sz w:val="19"/>
        </w:rPr>
        <w:t>This is Kiwi — a little bird who LOVES math and works very, very fast. Kiwi took this math test — some answers are right, and some have mistakes. YOUR job: check every line. If Kiwi’s line is correct, draw ✓ in the square. If you find a mistake, draw ✗ in the square — and write the correct answer on the line next to it. (A line like “98 &gt; 89” means “98 is greater than 89” — mark whether Kiwi got it right.) Take all the time you want — there is no clock, and Kiwi loves it when mistakes are found!</w:t>
      </w:r>
    </w:p>
    <w:p w14:paraId="54621C06" w14:textId="77777777" w:rsidR="00F6170A" w:rsidRDefault="00F6170A">
      <w:pPr>
        <w:spacing w:after="16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0"/>
        <w:gridCol w:w="5200"/>
        <w:gridCol w:w="1250"/>
        <w:gridCol w:w="2200"/>
      </w:tblGrid>
      <w:tr w:rsidR="009F6A63" w14:paraId="63DAE91D" w14:textId="77777777">
        <w:trPr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421DC8F7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B77A17"/>
                <w:sz w:val="19"/>
              </w:rPr>
              <w:t>#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0BB39203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B77A17"/>
                <w:sz w:val="19"/>
              </w:rPr>
              <w:t>Kiwi’s test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02F52E3F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B77A17"/>
                <w:sz w:val="19"/>
              </w:rPr>
              <w:t>draw ✓ or ✗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  <w:shd w:val="clear" w:color="auto" w:fill="FFF3DC"/>
          </w:tcPr>
          <w:p w14:paraId="12FBE05C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B77A17"/>
                <w:sz w:val="19"/>
              </w:rPr>
              <w:t>if ✗ — the right answer</w:t>
            </w:r>
          </w:p>
        </w:tc>
      </w:tr>
      <w:tr w:rsidR="009F6A63" w14:paraId="1F863E0B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02DD726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9A3AFEF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36 + 47 = 83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7A14993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1907FDF" w14:textId="2F426D83" w:rsidR="009F6A63" w:rsidRDefault="009F6A63">
            <w:pPr>
              <w:spacing w:after="0"/>
            </w:pPr>
          </w:p>
        </w:tc>
      </w:tr>
      <w:tr w:rsidR="009F6A63" w14:paraId="420011FE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C06F007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133458D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29 + 34 = 53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6FFFDFA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5BF2BCB" w14:textId="720B1C1D" w:rsidR="009F6A63" w:rsidRDefault="009F6A63">
            <w:pPr>
              <w:spacing w:after="0"/>
            </w:pPr>
          </w:p>
        </w:tc>
      </w:tr>
      <w:tr w:rsidR="009F6A63" w14:paraId="3FC7F48B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7BF11DF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3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3D1871F" w14:textId="77777777" w:rsidR="00F6170A" w:rsidRDefault="00000000">
            <w:pPr>
              <w:spacing w:after="0"/>
              <w:rPr>
                <w:color w:val="1B2A4A"/>
                <w:sz w:val="21"/>
              </w:rPr>
            </w:pPr>
            <w:r>
              <w:rPr>
                <w:color w:val="1B2A4A"/>
                <w:sz w:val="21"/>
              </w:rPr>
              <w:t xml:space="preserve">Copy the number </w:t>
            </w:r>
            <w:proofErr w:type="gramStart"/>
            <w:r>
              <w:rPr>
                <w:color w:val="1B2A4A"/>
                <w:sz w:val="21"/>
              </w:rPr>
              <w:t>4,829 .</w:t>
            </w:r>
            <w:proofErr w:type="gramEnd"/>
            <w:r>
              <w:rPr>
                <w:color w:val="1B2A4A"/>
                <w:sz w:val="21"/>
              </w:rPr>
              <w:t xml:space="preserve">      </w:t>
            </w:r>
          </w:p>
          <w:p w14:paraId="181D4E43" w14:textId="286DB550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Kiwi wrote:  4,289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750274C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90068FA" w14:textId="6A058D50" w:rsidR="009F6A63" w:rsidRDefault="009F6A63">
            <w:pPr>
              <w:spacing w:after="0"/>
            </w:pPr>
          </w:p>
        </w:tc>
      </w:tr>
      <w:tr w:rsidR="009F6A63" w14:paraId="2551569A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4FD5B66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4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D46B4BC" w14:textId="77777777" w:rsidR="00F6170A" w:rsidRDefault="00000000">
            <w:pPr>
              <w:spacing w:after="0"/>
              <w:rPr>
                <w:color w:val="1B2A4A"/>
                <w:sz w:val="21"/>
              </w:rPr>
            </w:pPr>
            <w:r>
              <w:rPr>
                <w:color w:val="1B2A4A"/>
                <w:sz w:val="21"/>
              </w:rPr>
              <w:t xml:space="preserve">Copy the number </w:t>
            </w:r>
            <w:proofErr w:type="gramStart"/>
            <w:r>
              <w:rPr>
                <w:color w:val="1B2A4A"/>
                <w:sz w:val="21"/>
              </w:rPr>
              <w:t>3,517 .</w:t>
            </w:r>
            <w:proofErr w:type="gramEnd"/>
            <w:r>
              <w:rPr>
                <w:color w:val="1B2A4A"/>
                <w:sz w:val="21"/>
              </w:rPr>
              <w:t xml:space="preserve">      </w:t>
            </w:r>
          </w:p>
          <w:p w14:paraId="36A84F44" w14:textId="6839678F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Kiwi wrote:  3,517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1F5BD3D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B69CFAF" w14:textId="1BDC35B8" w:rsidR="009F6A63" w:rsidRDefault="009F6A63">
            <w:pPr>
              <w:spacing w:after="0"/>
            </w:pPr>
          </w:p>
        </w:tc>
      </w:tr>
      <w:tr w:rsidR="009F6A63" w14:paraId="7C45484B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C740652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5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A23505B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63 + 240 = 870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7CE815C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8457924" w14:textId="1E9A2DD0" w:rsidR="009F6A63" w:rsidRDefault="009F6A63">
            <w:pPr>
              <w:spacing w:after="0"/>
            </w:pPr>
          </w:p>
        </w:tc>
      </w:tr>
      <w:tr w:rsidR="009F6A63" w14:paraId="238D1044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8F36CDF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6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DA451CB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53 − 27 = 26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3E2CE16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F08E6DA" w14:textId="537DDD28" w:rsidR="009F6A63" w:rsidRDefault="009F6A63">
            <w:pPr>
              <w:spacing w:after="0"/>
            </w:pPr>
          </w:p>
        </w:tc>
      </w:tr>
      <w:tr w:rsidR="009F6A63" w14:paraId="234784CD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5B5B6B9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7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72FD5FC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38 + 25 = 53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1310B46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18A5765" w14:textId="0743EA3D" w:rsidR="009F6A63" w:rsidRDefault="009F6A63">
            <w:pPr>
              <w:spacing w:after="0"/>
            </w:pPr>
          </w:p>
        </w:tc>
      </w:tr>
      <w:tr w:rsidR="009F6A63" w14:paraId="6C7DC74D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9BE6E6A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8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99E85FD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26 − 3 = 29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1871E92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7AC6A7B" w14:textId="2F2DB34A" w:rsidR="009F6A63" w:rsidRDefault="009F6A63">
            <w:pPr>
              <w:spacing w:after="0"/>
            </w:pPr>
          </w:p>
        </w:tc>
      </w:tr>
      <w:tr w:rsidR="009F6A63" w14:paraId="2892558A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053B961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9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6FB8101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98 &gt; 89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990B0C5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EDA5241" w14:textId="7F45ADE9" w:rsidR="009F6A63" w:rsidRDefault="009F6A63">
            <w:pPr>
              <w:spacing w:after="0"/>
            </w:pPr>
          </w:p>
        </w:tc>
      </w:tr>
      <w:tr w:rsidR="009F6A63" w14:paraId="25C5CF46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0E86561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lastRenderedPageBreak/>
              <w:t>10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E85F056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47 − 12 = 35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361F2A1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FA5C6BB" w14:textId="24D0F4A2" w:rsidR="009F6A63" w:rsidRDefault="009F6A63">
            <w:pPr>
              <w:spacing w:after="0"/>
            </w:pPr>
          </w:p>
        </w:tc>
      </w:tr>
      <w:tr w:rsidR="009F6A63" w14:paraId="632A1770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0AD7404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11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9489127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63 − 27 = 44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FF53486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CECCABA" w14:textId="38475D3E" w:rsidR="009F6A63" w:rsidRDefault="009F6A63">
            <w:pPr>
              <w:spacing w:after="0"/>
            </w:pPr>
          </w:p>
        </w:tc>
      </w:tr>
      <w:tr w:rsidR="009F6A63" w14:paraId="64AD770A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0D203AB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12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3B23BD1" w14:textId="77777777" w:rsidR="00F6170A" w:rsidRDefault="00000000">
            <w:pPr>
              <w:spacing w:after="0"/>
              <w:rPr>
                <w:color w:val="1B2A4A"/>
                <w:sz w:val="21"/>
              </w:rPr>
            </w:pPr>
            <w:r>
              <w:rPr>
                <w:color w:val="1B2A4A"/>
                <w:sz w:val="21"/>
              </w:rPr>
              <w:t xml:space="preserve">Start at 4. Add 2. Double it.      </w:t>
            </w:r>
          </w:p>
          <w:p w14:paraId="73E3AB1B" w14:textId="6DD1C652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Kiwi’s answer:  12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02831E9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10F57F1" w14:textId="2AB68CE1" w:rsidR="009F6A63" w:rsidRDefault="009F6A63">
            <w:pPr>
              <w:spacing w:after="0"/>
            </w:pPr>
          </w:p>
        </w:tc>
      </w:tr>
      <w:tr w:rsidR="009F6A63" w14:paraId="2C5CED74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DBCB596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13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4A7E178" w14:textId="77777777" w:rsidR="00F6170A" w:rsidRDefault="00000000">
            <w:pPr>
              <w:spacing w:after="0"/>
              <w:rPr>
                <w:color w:val="1B2A4A"/>
                <w:sz w:val="21"/>
              </w:rPr>
            </w:pPr>
            <w:r>
              <w:rPr>
                <w:color w:val="1B2A4A"/>
                <w:sz w:val="21"/>
              </w:rPr>
              <w:t xml:space="preserve">Copy the number </w:t>
            </w:r>
            <w:proofErr w:type="gramStart"/>
            <w:r>
              <w:rPr>
                <w:color w:val="1B2A4A"/>
                <w:sz w:val="21"/>
              </w:rPr>
              <w:t>6,152 .</w:t>
            </w:r>
            <w:proofErr w:type="gramEnd"/>
            <w:r>
              <w:rPr>
                <w:color w:val="1B2A4A"/>
                <w:sz w:val="21"/>
              </w:rPr>
              <w:t xml:space="preserve">      </w:t>
            </w:r>
          </w:p>
          <w:p w14:paraId="7B8F3E77" w14:textId="07AD7681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Kiwi wrote:  6,512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15C488D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C5823AA" w14:textId="7ABC73E2" w:rsidR="009F6A63" w:rsidRDefault="009F6A63">
            <w:pPr>
              <w:spacing w:after="0"/>
            </w:pPr>
          </w:p>
        </w:tc>
      </w:tr>
      <w:tr w:rsidR="009F6A63" w14:paraId="4CE1760B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40E3391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14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FDCEC89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15 &gt; 21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96B19B6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CC64212" w14:textId="25098EEA" w:rsidR="009F6A63" w:rsidRDefault="009F6A63">
            <w:pPr>
              <w:spacing w:after="0"/>
            </w:pPr>
          </w:p>
        </w:tc>
      </w:tr>
      <w:tr w:rsidR="009F6A63" w14:paraId="7A684B48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07A651B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15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2857FDE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54 + 28 = 82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687574C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12CAFFE" w14:textId="3B617671" w:rsidR="009F6A63" w:rsidRDefault="009F6A63">
            <w:pPr>
              <w:spacing w:after="0"/>
            </w:pPr>
          </w:p>
        </w:tc>
      </w:tr>
      <w:tr w:rsidR="009F6A63" w14:paraId="44579846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E1D0936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16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A4D6CB3" w14:textId="77777777" w:rsidR="00F6170A" w:rsidRDefault="00000000">
            <w:pPr>
              <w:spacing w:after="0"/>
              <w:rPr>
                <w:color w:val="1B2A4A"/>
                <w:sz w:val="21"/>
              </w:rPr>
            </w:pPr>
            <w:r>
              <w:rPr>
                <w:color w:val="1B2A4A"/>
                <w:sz w:val="21"/>
              </w:rPr>
              <w:t xml:space="preserve">Start at 8. Double it. Subtract 3.      </w:t>
            </w:r>
          </w:p>
          <w:p w14:paraId="0AF7206E" w14:textId="5E1F1AA1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Kiwi’s answer:  5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5A3DE33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A9013E2" w14:textId="11F33C6A" w:rsidR="009F6A63" w:rsidRDefault="009F6A63">
            <w:pPr>
              <w:spacing w:after="0"/>
            </w:pPr>
          </w:p>
        </w:tc>
      </w:tr>
      <w:tr w:rsidR="009F6A63" w14:paraId="0873D373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F7980BB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17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34C74D4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62 − 27 = 35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72ABC43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D85289C" w14:textId="1E7BE454" w:rsidR="009F6A63" w:rsidRDefault="009F6A63">
            <w:pPr>
              <w:spacing w:after="0"/>
            </w:pPr>
          </w:p>
        </w:tc>
      </w:tr>
      <w:tr w:rsidR="009F6A63" w14:paraId="15B60CE2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E839008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18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8397804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74 − 28 = 54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FBE2DFC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DF6F230" w14:textId="4DADC56E" w:rsidR="009F6A63" w:rsidRDefault="009F6A63">
            <w:pPr>
              <w:spacing w:after="0"/>
            </w:pPr>
          </w:p>
        </w:tc>
      </w:tr>
      <w:tr w:rsidR="009F6A63" w14:paraId="6A067F69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418EDBB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19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B64D82E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407 − 50 = 420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6C62DDB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2BDA1FE6" w14:textId="548D5975" w:rsidR="009F6A63" w:rsidRDefault="009F6A63">
            <w:pPr>
              <w:spacing w:after="0"/>
            </w:pPr>
          </w:p>
        </w:tc>
      </w:tr>
      <w:tr w:rsidR="009F6A63" w14:paraId="2C3A54C8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652DC94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20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3E4CFCB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231 + 46 = 277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C0450CB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C9C88D6" w14:textId="25AC0D77" w:rsidR="009F6A63" w:rsidRDefault="009F6A63">
            <w:pPr>
              <w:spacing w:after="0"/>
            </w:pPr>
          </w:p>
        </w:tc>
      </w:tr>
      <w:tr w:rsidR="009F6A63" w14:paraId="4F66F073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4D34ABB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21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8E6CC1D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80 − 36 = 54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93148C1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2C0F43F" w14:textId="097697D9" w:rsidR="009F6A63" w:rsidRDefault="009F6A63">
            <w:pPr>
              <w:spacing w:after="0"/>
            </w:pPr>
          </w:p>
        </w:tc>
      </w:tr>
      <w:tr w:rsidR="009F6A63" w14:paraId="7493920C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B234445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22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3A4B049" w14:textId="77777777" w:rsidR="00F6170A" w:rsidRDefault="00000000">
            <w:pPr>
              <w:spacing w:after="0"/>
              <w:rPr>
                <w:color w:val="1B2A4A"/>
                <w:sz w:val="21"/>
              </w:rPr>
            </w:pPr>
            <w:r>
              <w:rPr>
                <w:color w:val="1B2A4A"/>
                <w:sz w:val="21"/>
              </w:rPr>
              <w:t xml:space="preserve">Start at 3. Double it. Add 4.      </w:t>
            </w:r>
          </w:p>
          <w:p w14:paraId="52FED266" w14:textId="3750038B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Kiwi’s answer:  10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4DA69E6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A1D640A" w14:textId="082EE0E6" w:rsidR="009F6A63" w:rsidRDefault="009F6A63">
            <w:pPr>
              <w:spacing w:after="0"/>
            </w:pPr>
          </w:p>
        </w:tc>
      </w:tr>
      <w:tr w:rsidR="009F6A63" w14:paraId="5C82C257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C56BBF6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23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675B1E6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43 + 21 = 22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6C367CC0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015CB46F" w14:textId="04D55BC9" w:rsidR="009F6A63" w:rsidRDefault="009F6A63">
            <w:pPr>
              <w:spacing w:after="0"/>
            </w:pPr>
          </w:p>
        </w:tc>
      </w:tr>
      <w:tr w:rsidR="009F6A63" w14:paraId="0F503E4D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F667068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24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45C3C01F" w14:textId="77777777" w:rsidR="00F6170A" w:rsidRDefault="00000000">
            <w:pPr>
              <w:spacing w:after="0"/>
              <w:rPr>
                <w:color w:val="1B2A4A"/>
                <w:sz w:val="21"/>
              </w:rPr>
            </w:pPr>
            <w:r>
              <w:rPr>
                <w:color w:val="1B2A4A"/>
                <w:sz w:val="21"/>
              </w:rPr>
              <w:t xml:space="preserve">Start at 6. Add 3. Double it.      </w:t>
            </w:r>
          </w:p>
          <w:p w14:paraId="37F2FAD5" w14:textId="300B8A42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Kiwi’s answer:  12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F8D87EE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73A4AB65" w14:textId="0C6E76EF" w:rsidR="009F6A63" w:rsidRDefault="009F6A63">
            <w:pPr>
              <w:spacing w:after="0"/>
            </w:pPr>
          </w:p>
        </w:tc>
      </w:tr>
      <w:tr w:rsidR="009F6A63" w14:paraId="5D276DDE" w14:textId="77777777">
        <w:trPr>
          <w:cantSplit/>
          <w:trHeight w:val="470"/>
          <w:jc w:val="center"/>
        </w:trPr>
        <w:tc>
          <w:tcPr>
            <w:tcW w:w="7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472C626" w14:textId="77777777" w:rsidR="009F6A63" w:rsidRDefault="00000000">
            <w:pPr>
              <w:spacing w:after="0"/>
              <w:jc w:val="center"/>
            </w:pPr>
            <w:r>
              <w:rPr>
                <w:b/>
                <w:color w:val="1B2A4A"/>
              </w:rPr>
              <w:t>25</w:t>
            </w:r>
          </w:p>
        </w:tc>
        <w:tc>
          <w:tcPr>
            <w:tcW w:w="5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12285FCC" w14:textId="77777777" w:rsidR="009F6A63" w:rsidRDefault="00000000">
            <w:pPr>
              <w:spacing w:after="0"/>
            </w:pPr>
            <w:r>
              <w:rPr>
                <w:color w:val="1B2A4A"/>
                <w:sz w:val="21"/>
              </w:rPr>
              <w:t>53 − 19 = 46</w:t>
            </w:r>
          </w:p>
        </w:tc>
        <w:tc>
          <w:tcPr>
            <w:tcW w:w="125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31EFCD3B" w14:textId="77777777" w:rsidR="009F6A63" w:rsidRDefault="00000000">
            <w:pPr>
              <w:spacing w:after="0"/>
              <w:jc w:val="center"/>
            </w:pPr>
            <w:r>
              <w:rPr>
                <w:color w:val="6B7883"/>
                <w:sz w:val="44"/>
              </w:rPr>
              <w:t>☐</w:t>
            </w:r>
          </w:p>
        </w:tc>
        <w:tc>
          <w:tcPr>
            <w:tcW w:w="2200" w:type="dxa"/>
            <w:tcBorders>
              <w:top w:val="single" w:sz="6" w:space="0" w:color="1B2A4A"/>
              <w:left w:val="single" w:sz="6" w:space="0" w:color="1B2A4A"/>
              <w:bottom w:val="single" w:sz="6" w:space="0" w:color="1B2A4A"/>
              <w:right w:val="single" w:sz="6" w:space="0" w:color="1B2A4A"/>
            </w:tcBorders>
          </w:tcPr>
          <w:p w14:paraId="57A12C25" w14:textId="52D9E68C" w:rsidR="009F6A63" w:rsidRDefault="009F6A63">
            <w:pPr>
              <w:spacing w:after="0"/>
            </w:pPr>
          </w:p>
        </w:tc>
      </w:tr>
    </w:tbl>
    <w:p w14:paraId="4CAEC31A" w14:textId="77777777" w:rsidR="009F6A63" w:rsidRDefault="00000000">
      <w:pPr>
        <w:spacing w:before="120" w:after="120"/>
        <w:jc w:val="center"/>
      </w:pPr>
      <w:r>
        <w:rPr>
          <w:color w:val="2E9E71"/>
          <w:sz w:val="19"/>
        </w:rPr>
        <w:t>When you finish — hand the sheet to your grown-up. Kiwi says: THANK YOU for the warm-up hunt, detective! The course starts next! ⭐</w:t>
      </w:r>
    </w:p>
    <w:sectPr w:rsidR="009F6A63" w:rsidSect="00F6170A">
      <w:pgSz w:w="12240" w:h="15840"/>
      <w:pgMar w:top="1170" w:right="1000" w:bottom="243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879618">
    <w:abstractNumId w:val="8"/>
  </w:num>
  <w:num w:numId="2" w16cid:durableId="618922131">
    <w:abstractNumId w:val="6"/>
  </w:num>
  <w:num w:numId="3" w16cid:durableId="1062875808">
    <w:abstractNumId w:val="5"/>
  </w:num>
  <w:num w:numId="4" w16cid:durableId="521167998">
    <w:abstractNumId w:val="4"/>
  </w:num>
  <w:num w:numId="5" w16cid:durableId="64690191">
    <w:abstractNumId w:val="7"/>
  </w:num>
  <w:num w:numId="6" w16cid:durableId="1547644769">
    <w:abstractNumId w:val="3"/>
  </w:num>
  <w:num w:numId="7" w16cid:durableId="653873907">
    <w:abstractNumId w:val="2"/>
  </w:num>
  <w:num w:numId="8" w16cid:durableId="588274344">
    <w:abstractNumId w:val="1"/>
  </w:num>
  <w:num w:numId="9" w16cid:durableId="214434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52E0F"/>
    <w:rsid w:val="009F6A63"/>
    <w:rsid w:val="00AA1D8D"/>
    <w:rsid w:val="00B47730"/>
    <w:rsid w:val="00CB0664"/>
    <w:rsid w:val="00F617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7F9B36"/>
  <w14:defaultImageDpi w14:val="300"/>
  <w15:docId w15:val="{FC06DB8E-274A-400E-B484-A957F86E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Shevyakov, Alexey</cp:lastModifiedBy>
  <cp:revision>2</cp:revision>
  <dcterms:created xsi:type="dcterms:W3CDTF">2026-08-12T21:11:00Z</dcterms:created>
  <dcterms:modified xsi:type="dcterms:W3CDTF">2026-08-12T21:11:00Z</dcterms:modified>
  <cp:category/>
</cp:coreProperties>
</file>