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3FC07" w14:textId="77777777" w:rsidR="00865F59" w:rsidRDefault="00000000">
      <w:pPr>
        <w:spacing w:after="40"/>
      </w:pPr>
      <w:r>
        <w:rPr>
          <w:b/>
          <w:color w:val="1B2A4A"/>
          <w:sz w:val="26"/>
        </w:rPr>
        <w:t>CATCH IT</w:t>
      </w:r>
      <w:r>
        <w:rPr>
          <w:color w:val="6B7883"/>
          <w:sz w:val="23"/>
        </w:rPr>
        <w:t xml:space="preserve">  ·  FAMILY SCHEDULE · tick as you go</w:t>
      </w:r>
    </w:p>
    <w:p w14:paraId="39D8862A" w14:textId="77777777" w:rsidR="00865F59" w:rsidRDefault="00000000">
      <w:pPr>
        <w:spacing w:after="60"/>
      </w:pPr>
      <w:r>
        <w:rPr>
          <w:b/>
          <w:color w:val="1B2A4A"/>
          <w:sz w:val="30"/>
        </w:rPr>
        <w:t>Six weeks, day by day — for parents and detectives</w:t>
      </w:r>
    </w:p>
    <w:p w14:paraId="429FC922" w14:textId="77777777" w:rsidR="00865F59" w:rsidRDefault="00000000">
      <w:pPr>
        <w:spacing w:after="160"/>
      </w:pPr>
      <w:r>
        <w:rPr>
          <w:color w:val="6B7883"/>
          <w:sz w:val="18"/>
        </w:rPr>
        <w:t>One small sitting a day. Every lesson runs the same three-day rhythm: video + quiz · quiz + mission · quiz. Day 7 of each week belongs to the family — rest, finish anything left, or let the detective write one math line with a hidden mistake — for the grown-ups to find. Gates wait and never expire; “behind” does not exist; no timers, ever. Tie the sitting to one anchor: “after snack.”</w:t>
      </w:r>
    </w:p>
    <w:tbl>
      <w:tblPr>
        <w:tblW w:w="10379" w:type="dxa"/>
        <w:jc w:val="center"/>
        <w:tblLook w:val="04A0" w:firstRow="1" w:lastRow="0" w:firstColumn="1" w:lastColumn="0" w:noHBand="0" w:noVBand="1"/>
      </w:tblPr>
      <w:tblGrid>
        <w:gridCol w:w="910"/>
        <w:gridCol w:w="7095"/>
        <w:gridCol w:w="2374"/>
      </w:tblGrid>
      <w:tr w:rsidR="00865F59" w14:paraId="28CED109" w14:textId="77777777" w:rsidTr="00F95FC2">
        <w:trPr>
          <w:trHeight w:val="420"/>
          <w:jc w:val="center"/>
        </w:trPr>
        <w:tc>
          <w:tcPr>
            <w:tcW w:w="91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  <w:shd w:val="clear" w:color="auto" w:fill="1B2A4A"/>
          </w:tcPr>
          <w:p w14:paraId="06F3E8F5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FBF3E4"/>
                <w:sz w:val="19"/>
              </w:rPr>
              <w:t>day</w:t>
            </w:r>
          </w:p>
        </w:tc>
        <w:tc>
          <w:tcPr>
            <w:tcW w:w="7095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  <w:shd w:val="clear" w:color="auto" w:fill="1B2A4A"/>
          </w:tcPr>
          <w:p w14:paraId="563CBD0B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FBF3E4"/>
                <w:sz w:val="19"/>
              </w:rPr>
              <w:t>what to do</w:t>
            </w:r>
          </w:p>
        </w:tc>
        <w:tc>
          <w:tcPr>
            <w:tcW w:w="237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  <w:shd w:val="clear" w:color="auto" w:fill="1B2A4A"/>
          </w:tcPr>
          <w:p w14:paraId="732D381E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FBF3E4"/>
                <w:sz w:val="19"/>
              </w:rPr>
              <w:t>day done!</w:t>
            </w:r>
          </w:p>
        </w:tc>
      </w:tr>
      <w:tr w:rsidR="00865F59" w14:paraId="2F2DE0E3" w14:textId="77777777" w:rsidTr="00F95FC2">
        <w:trPr>
          <w:trHeight w:val="434"/>
          <w:jc w:val="center"/>
        </w:trPr>
        <w:tc>
          <w:tcPr>
            <w:tcW w:w="10379" w:type="dxa"/>
            <w:gridSpan w:val="3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  <w:shd w:val="clear" w:color="auto" w:fill="FFF3DC"/>
          </w:tcPr>
          <w:p w14:paraId="2135FCBF" w14:textId="77777777" w:rsidR="00865F59" w:rsidRDefault="00000000">
            <w:pPr>
              <w:spacing w:after="0"/>
            </w:pPr>
            <w:r>
              <w:rPr>
                <w:b/>
                <w:color w:val="B77A17"/>
              </w:rPr>
              <w:t>WEEK 1 · opening the file</w:t>
            </w:r>
          </w:p>
        </w:tc>
      </w:tr>
      <w:tr w:rsidR="00865F59" w14:paraId="4E88E329" w14:textId="77777777" w:rsidTr="00F95FC2">
        <w:trPr>
          <w:trHeight w:val="680"/>
          <w:jc w:val="center"/>
        </w:trPr>
        <w:tc>
          <w:tcPr>
            <w:tcW w:w="91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E193278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1</w:t>
            </w:r>
          </w:p>
        </w:tc>
        <w:tc>
          <w:tcPr>
            <w:tcW w:w="7095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7B1DC70" w14:textId="77777777" w:rsidR="00865F59" w:rsidRDefault="00000000">
            <w:pPr>
              <w:spacing w:after="0"/>
            </w:pPr>
            <w:r>
              <w:rPr>
                <w:b/>
                <w:color w:val="1B2A4A"/>
                <w:sz w:val="19"/>
              </w:rPr>
              <w:t>Parents:</w:t>
            </w:r>
            <w:r>
              <w:rPr>
                <w:color w:val="1B2A4A"/>
                <w:sz w:val="19"/>
              </w:rPr>
              <w:t xml:space="preserve"> watch L0 (≈15 min) · </w:t>
            </w:r>
            <w:r>
              <w:rPr>
                <w:b/>
                <w:color w:val="1B2A4A"/>
                <w:sz w:val="19"/>
              </w:rPr>
              <w:t>Detective:</w:t>
            </w:r>
            <w:r>
              <w:rPr>
                <w:color w:val="1B2A4A"/>
                <w:sz w:val="19"/>
              </w:rPr>
              <w:t xml:space="preserve"> The First Hunt — “Kiwi’s math test” on paper </w:t>
            </w:r>
            <w:r>
              <w:rPr>
                <w:color w:val="6B7883"/>
                <w:sz w:val="17"/>
              </w:rPr>
              <w:t>(never scored in front of the child; put it away until week 6)</w:t>
            </w:r>
          </w:p>
        </w:tc>
        <w:tc>
          <w:tcPr>
            <w:tcW w:w="237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D62B363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27828945" w14:textId="77777777" w:rsidTr="00F95FC2">
        <w:trPr>
          <w:trHeight w:val="680"/>
          <w:jc w:val="center"/>
        </w:trPr>
        <w:tc>
          <w:tcPr>
            <w:tcW w:w="91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47F8205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2</w:t>
            </w:r>
          </w:p>
        </w:tc>
        <w:tc>
          <w:tcPr>
            <w:tcW w:w="7095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AABE9C2" w14:textId="77777777" w:rsidR="00865F59" w:rsidRDefault="00000000">
            <w:pPr>
              <w:spacing w:after="0"/>
            </w:pPr>
            <w:r>
              <w:rPr>
                <w:color w:val="1B2A4A"/>
                <w:sz w:val="19"/>
              </w:rPr>
              <w:t xml:space="preserve">Watch </w:t>
            </w:r>
            <w:r>
              <w:rPr>
                <w:b/>
                <w:color w:val="1B2A4A"/>
                <w:sz w:val="19"/>
              </w:rPr>
              <w:t>L1 “Your brain’s shortcuts”</w:t>
            </w:r>
            <w:r>
              <w:rPr>
                <w:color w:val="1B2A4A"/>
                <w:sz w:val="19"/>
              </w:rPr>
              <w:t xml:space="preserve"> (≤6 min) · then </w:t>
            </w:r>
            <w:r>
              <w:rPr>
                <w:b/>
                <w:color w:val="1B2A4A"/>
                <w:sz w:val="19"/>
              </w:rPr>
              <w:t>Quiz 1</w:t>
            </w:r>
            <w:r>
              <w:rPr>
                <w:color w:val="1B2A4A"/>
                <w:sz w:val="19"/>
              </w:rPr>
              <w:t xml:space="preserve"> — same day </w:t>
            </w:r>
            <w:r>
              <w:rPr>
                <w:color w:val="6B7883"/>
                <w:sz w:val="17"/>
              </w:rPr>
              <w:t>(watch alongside if you can)</w:t>
            </w:r>
          </w:p>
        </w:tc>
        <w:tc>
          <w:tcPr>
            <w:tcW w:w="237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0339FB4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5E91271A" w14:textId="77777777" w:rsidTr="00F95FC2">
        <w:trPr>
          <w:trHeight w:val="680"/>
          <w:jc w:val="center"/>
        </w:trPr>
        <w:tc>
          <w:tcPr>
            <w:tcW w:w="91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5D8DD7A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3</w:t>
            </w:r>
          </w:p>
        </w:tc>
        <w:tc>
          <w:tcPr>
            <w:tcW w:w="7095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BB5811C" w14:textId="77777777" w:rsidR="00865F59" w:rsidRDefault="00000000">
            <w:pPr>
              <w:spacing w:after="0"/>
            </w:pPr>
            <w:r>
              <w:rPr>
                <w:b/>
                <w:color w:val="1B2A4A"/>
                <w:sz w:val="19"/>
              </w:rPr>
              <w:t>Quiz 2   +   Mission 1 (paper — two games, and Kiwi’s Puzzle Page on page 2 for the whole family) — your listening day</w:t>
            </w:r>
          </w:p>
        </w:tc>
        <w:tc>
          <w:tcPr>
            <w:tcW w:w="237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D270FAC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6895EFB0" w14:textId="77777777" w:rsidTr="00F95FC2">
        <w:trPr>
          <w:trHeight w:val="680"/>
          <w:jc w:val="center"/>
        </w:trPr>
        <w:tc>
          <w:tcPr>
            <w:tcW w:w="91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19606C3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4</w:t>
            </w:r>
          </w:p>
        </w:tc>
        <w:tc>
          <w:tcPr>
            <w:tcW w:w="7095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38E130B" w14:textId="77777777" w:rsidR="00865F59" w:rsidRDefault="00000000">
            <w:pPr>
              <w:spacing w:after="0"/>
            </w:pPr>
            <w:r>
              <w:rPr>
                <w:b/>
                <w:color w:val="1B2A4A"/>
                <w:sz w:val="19"/>
              </w:rPr>
              <w:t>Quiz 3 — a short day</w:t>
            </w:r>
          </w:p>
        </w:tc>
        <w:tc>
          <w:tcPr>
            <w:tcW w:w="237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C7D93A5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02B0015F" w14:textId="77777777" w:rsidTr="00F95FC2">
        <w:trPr>
          <w:trHeight w:val="680"/>
          <w:jc w:val="center"/>
        </w:trPr>
        <w:tc>
          <w:tcPr>
            <w:tcW w:w="91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B192F78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5</w:t>
            </w:r>
          </w:p>
        </w:tc>
        <w:tc>
          <w:tcPr>
            <w:tcW w:w="7095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03EE416" w14:textId="77777777" w:rsidR="00865F59" w:rsidRDefault="00000000">
            <w:pPr>
              <w:spacing w:after="0"/>
            </w:pPr>
            <w:r>
              <w:rPr>
                <w:color w:val="1B2A4A"/>
                <w:sz w:val="19"/>
              </w:rPr>
              <w:t xml:space="preserve">Watch </w:t>
            </w:r>
            <w:r>
              <w:rPr>
                <w:b/>
                <w:color w:val="1B2A4A"/>
                <w:sz w:val="19"/>
              </w:rPr>
              <w:t>L2 “Don’t hold it, write it”</w:t>
            </w:r>
            <w:r>
              <w:rPr>
                <w:color w:val="1B2A4A"/>
                <w:sz w:val="19"/>
              </w:rPr>
              <w:t xml:space="preserve"> (≤6 min) · then </w:t>
            </w:r>
            <w:r>
              <w:rPr>
                <w:b/>
                <w:color w:val="1B2A4A"/>
                <w:sz w:val="19"/>
              </w:rPr>
              <w:t>Quiz 1</w:t>
            </w:r>
            <w:r>
              <w:rPr>
                <w:color w:val="1B2A4A"/>
                <w:sz w:val="19"/>
              </w:rPr>
              <w:t xml:space="preserve"> — same day </w:t>
            </w:r>
            <w:r>
              <w:rPr>
                <w:color w:val="6B7883"/>
                <w:sz w:val="17"/>
              </w:rPr>
              <w:t>(watch alongside if you can)</w:t>
            </w:r>
          </w:p>
        </w:tc>
        <w:tc>
          <w:tcPr>
            <w:tcW w:w="237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7C1037F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153BDA6D" w14:textId="77777777" w:rsidTr="00F95FC2">
        <w:trPr>
          <w:trHeight w:val="680"/>
          <w:jc w:val="center"/>
        </w:trPr>
        <w:tc>
          <w:tcPr>
            <w:tcW w:w="91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5315202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6</w:t>
            </w:r>
          </w:p>
        </w:tc>
        <w:tc>
          <w:tcPr>
            <w:tcW w:w="7095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023EEEB" w14:textId="77777777" w:rsidR="00865F59" w:rsidRDefault="00000000">
            <w:pPr>
              <w:spacing w:after="0"/>
            </w:pPr>
            <w:r>
              <w:rPr>
                <w:b/>
                <w:color w:val="1B2A4A"/>
                <w:sz w:val="19"/>
              </w:rPr>
              <w:t>Quiz 2</w:t>
            </w:r>
            <w:r>
              <w:rPr>
                <w:color w:val="1B2A4A"/>
                <w:sz w:val="19"/>
              </w:rPr>
              <w:t xml:space="preserve">   +   </w:t>
            </w:r>
            <w:r>
              <w:rPr>
                <w:b/>
                <w:color w:val="1B2A4A"/>
                <w:sz w:val="19"/>
              </w:rPr>
              <w:t>Mission 2</w:t>
            </w:r>
            <w:r>
              <w:rPr>
                <w:color w:val="1B2A4A"/>
                <w:sz w:val="19"/>
              </w:rPr>
              <w:t xml:space="preserve"> (paper) </w:t>
            </w:r>
            <w:r>
              <w:rPr>
                <w:color w:val="6B7883"/>
                <w:sz w:val="17"/>
              </w:rPr>
              <w:t>— your listening day</w:t>
            </w:r>
          </w:p>
        </w:tc>
        <w:tc>
          <w:tcPr>
            <w:tcW w:w="237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D919632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68FA0F48" w14:textId="77777777" w:rsidTr="00F95FC2">
        <w:trPr>
          <w:trHeight w:val="680"/>
          <w:jc w:val="center"/>
        </w:trPr>
        <w:tc>
          <w:tcPr>
            <w:tcW w:w="91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4374E68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7</w:t>
            </w:r>
          </w:p>
        </w:tc>
        <w:tc>
          <w:tcPr>
            <w:tcW w:w="7095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8C7B835" w14:textId="77777777" w:rsidR="00865F59" w:rsidRDefault="00000000">
            <w:pPr>
              <w:spacing w:after="0"/>
            </w:pPr>
            <w:r>
              <w:rPr>
                <w:b/>
                <w:color w:val="1B2A4A"/>
                <w:sz w:val="19"/>
              </w:rPr>
              <w:t>Quiz 3 — a short day · or rest: as the family decides (finish on day 8)</w:t>
            </w:r>
          </w:p>
        </w:tc>
        <w:tc>
          <w:tcPr>
            <w:tcW w:w="237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0F2AD96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34D90775" w14:textId="77777777" w:rsidTr="00F95FC2">
        <w:trPr>
          <w:trHeight w:val="447"/>
          <w:jc w:val="center"/>
        </w:trPr>
        <w:tc>
          <w:tcPr>
            <w:tcW w:w="10379" w:type="dxa"/>
            <w:gridSpan w:val="3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  <w:shd w:val="clear" w:color="auto" w:fill="FFF3DC"/>
          </w:tcPr>
          <w:p w14:paraId="5C293B69" w14:textId="77777777" w:rsidR="00865F59" w:rsidRDefault="00000000">
            <w:pPr>
              <w:spacing w:after="0"/>
            </w:pPr>
            <w:r>
              <w:rPr>
                <w:b/>
                <w:color w:val="B77A17"/>
              </w:rPr>
              <w:t>WEEK 2 · sharper eyes</w:t>
            </w:r>
          </w:p>
        </w:tc>
      </w:tr>
      <w:tr w:rsidR="00865F59" w14:paraId="2EBE879C" w14:textId="77777777" w:rsidTr="00F95FC2">
        <w:trPr>
          <w:trHeight w:val="680"/>
          <w:jc w:val="center"/>
        </w:trPr>
        <w:tc>
          <w:tcPr>
            <w:tcW w:w="91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4FFE4F4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8</w:t>
            </w:r>
          </w:p>
        </w:tc>
        <w:tc>
          <w:tcPr>
            <w:tcW w:w="7095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67FF291F" w14:textId="77777777" w:rsidR="00865F59" w:rsidRDefault="00000000">
            <w:pPr>
              <w:spacing w:after="0"/>
            </w:pPr>
            <w:r>
              <w:rPr>
                <w:color w:val="6B7883"/>
                <w:sz w:val="17"/>
              </w:rPr>
              <w:t xml:space="preserve">(finish last quiz if day 7 was rest) · </w:t>
            </w:r>
            <w:r>
              <w:rPr>
                <w:color w:val="1B2A4A"/>
                <w:sz w:val="19"/>
              </w:rPr>
              <w:t xml:space="preserve">Watch </w:t>
            </w:r>
            <w:r>
              <w:rPr>
                <w:b/>
                <w:color w:val="1B2A4A"/>
                <w:sz w:val="19"/>
              </w:rPr>
              <w:t>L3 “Digits trading places”</w:t>
            </w:r>
            <w:r>
              <w:rPr>
                <w:color w:val="1B2A4A"/>
                <w:sz w:val="19"/>
              </w:rPr>
              <w:t xml:space="preserve"> · then </w:t>
            </w:r>
            <w:r>
              <w:rPr>
                <w:b/>
                <w:color w:val="1B2A4A"/>
                <w:sz w:val="19"/>
              </w:rPr>
              <w:t>Quiz 1</w:t>
            </w:r>
          </w:p>
        </w:tc>
        <w:tc>
          <w:tcPr>
            <w:tcW w:w="237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2D98B37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2A512650" w14:textId="77777777" w:rsidTr="00F95FC2">
        <w:trPr>
          <w:trHeight w:val="680"/>
          <w:jc w:val="center"/>
        </w:trPr>
        <w:tc>
          <w:tcPr>
            <w:tcW w:w="91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E654236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9</w:t>
            </w:r>
          </w:p>
        </w:tc>
        <w:tc>
          <w:tcPr>
            <w:tcW w:w="7095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6DAA09F3" w14:textId="77777777" w:rsidR="00865F59" w:rsidRDefault="00000000">
            <w:pPr>
              <w:spacing w:after="0"/>
            </w:pPr>
            <w:r>
              <w:rPr>
                <w:b/>
                <w:color w:val="1B2A4A"/>
                <w:sz w:val="19"/>
              </w:rPr>
              <w:t>Quiz 2</w:t>
            </w:r>
            <w:r>
              <w:rPr>
                <w:color w:val="1B2A4A"/>
                <w:sz w:val="19"/>
              </w:rPr>
              <w:t xml:space="preserve">   +   </w:t>
            </w:r>
            <w:r>
              <w:rPr>
                <w:b/>
                <w:color w:val="1B2A4A"/>
                <w:sz w:val="19"/>
              </w:rPr>
              <w:t>Mission 3</w:t>
            </w:r>
            <w:r>
              <w:rPr>
                <w:color w:val="1B2A4A"/>
                <w:sz w:val="19"/>
              </w:rPr>
              <w:t xml:space="preserve"> (paper) </w:t>
            </w:r>
            <w:r>
              <w:rPr>
                <w:color w:val="6B7883"/>
                <w:sz w:val="17"/>
              </w:rPr>
              <w:t>— listening day</w:t>
            </w:r>
          </w:p>
        </w:tc>
        <w:tc>
          <w:tcPr>
            <w:tcW w:w="237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F4CA48B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35216CE8" w14:textId="77777777" w:rsidTr="00F95FC2">
        <w:trPr>
          <w:trHeight w:val="680"/>
          <w:jc w:val="center"/>
        </w:trPr>
        <w:tc>
          <w:tcPr>
            <w:tcW w:w="91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6379F49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10</w:t>
            </w:r>
          </w:p>
        </w:tc>
        <w:tc>
          <w:tcPr>
            <w:tcW w:w="7095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EE66D4B" w14:textId="77777777" w:rsidR="00865F59" w:rsidRDefault="00000000">
            <w:pPr>
              <w:spacing w:after="0"/>
            </w:pPr>
            <w:r>
              <w:rPr>
                <w:b/>
                <w:color w:val="1B2A4A"/>
                <w:sz w:val="19"/>
              </w:rPr>
              <w:t>Quiz 3 — a short day</w:t>
            </w:r>
          </w:p>
        </w:tc>
        <w:tc>
          <w:tcPr>
            <w:tcW w:w="237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8FB8B73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7D4C541F" w14:textId="77777777" w:rsidTr="00F95FC2">
        <w:trPr>
          <w:trHeight w:val="680"/>
          <w:jc w:val="center"/>
        </w:trPr>
        <w:tc>
          <w:tcPr>
            <w:tcW w:w="91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E5BC79D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11</w:t>
            </w:r>
          </w:p>
        </w:tc>
        <w:tc>
          <w:tcPr>
            <w:tcW w:w="7095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205A8E2" w14:textId="77777777" w:rsidR="00865F59" w:rsidRDefault="00000000">
            <w:pPr>
              <w:spacing w:after="0"/>
            </w:pPr>
            <w:r>
              <w:rPr>
                <w:color w:val="1B2A4A"/>
                <w:sz w:val="19"/>
              </w:rPr>
              <w:t xml:space="preserve">Watch </w:t>
            </w:r>
            <w:r>
              <w:rPr>
                <w:b/>
                <w:color w:val="1B2A4A"/>
                <w:sz w:val="19"/>
              </w:rPr>
              <w:t>L4 “Lost between the lines”</w:t>
            </w:r>
            <w:r>
              <w:rPr>
                <w:color w:val="1B2A4A"/>
                <w:sz w:val="19"/>
              </w:rPr>
              <w:t xml:space="preserve"> · then </w:t>
            </w:r>
            <w:r>
              <w:rPr>
                <w:b/>
                <w:color w:val="1B2A4A"/>
                <w:sz w:val="19"/>
              </w:rPr>
              <w:t>Quiz 1</w:t>
            </w:r>
          </w:p>
        </w:tc>
        <w:tc>
          <w:tcPr>
            <w:tcW w:w="237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E2C8739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6CF64307" w14:textId="77777777" w:rsidTr="00F95FC2">
        <w:trPr>
          <w:trHeight w:val="680"/>
          <w:jc w:val="center"/>
        </w:trPr>
        <w:tc>
          <w:tcPr>
            <w:tcW w:w="91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44425DD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12</w:t>
            </w:r>
          </w:p>
        </w:tc>
        <w:tc>
          <w:tcPr>
            <w:tcW w:w="7095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56D922F" w14:textId="77777777" w:rsidR="00865F59" w:rsidRDefault="00000000">
            <w:pPr>
              <w:spacing w:after="0"/>
            </w:pPr>
            <w:r>
              <w:rPr>
                <w:b/>
                <w:color w:val="1B2A4A"/>
                <w:sz w:val="19"/>
              </w:rPr>
              <w:t>Quiz 2</w:t>
            </w:r>
            <w:r>
              <w:rPr>
                <w:color w:val="1B2A4A"/>
                <w:sz w:val="19"/>
              </w:rPr>
              <w:t xml:space="preserve">   +   </w:t>
            </w:r>
            <w:r>
              <w:rPr>
                <w:b/>
                <w:color w:val="1B2A4A"/>
                <w:sz w:val="19"/>
              </w:rPr>
              <w:t>Mission 4</w:t>
            </w:r>
            <w:r>
              <w:rPr>
                <w:color w:val="1B2A4A"/>
                <w:sz w:val="19"/>
              </w:rPr>
              <w:t xml:space="preserve"> (paper) </w:t>
            </w:r>
            <w:r>
              <w:rPr>
                <w:color w:val="6B7883"/>
                <w:sz w:val="17"/>
              </w:rPr>
              <w:t>— listening day</w:t>
            </w:r>
          </w:p>
        </w:tc>
        <w:tc>
          <w:tcPr>
            <w:tcW w:w="237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78DFB81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4A8B8F12" w14:textId="77777777" w:rsidTr="00F95FC2">
        <w:trPr>
          <w:trHeight w:val="680"/>
          <w:jc w:val="center"/>
        </w:trPr>
        <w:tc>
          <w:tcPr>
            <w:tcW w:w="91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E76421A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13</w:t>
            </w:r>
          </w:p>
        </w:tc>
        <w:tc>
          <w:tcPr>
            <w:tcW w:w="7095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9D2C246" w14:textId="77777777" w:rsidR="00865F59" w:rsidRDefault="00000000">
            <w:pPr>
              <w:spacing w:after="0"/>
            </w:pPr>
            <w:r>
              <w:rPr>
                <w:b/>
                <w:color w:val="1B2A4A"/>
                <w:sz w:val="19"/>
              </w:rPr>
              <w:t>Quiz 3 — a short day</w:t>
            </w:r>
          </w:p>
        </w:tc>
        <w:tc>
          <w:tcPr>
            <w:tcW w:w="237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573E7AD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4899830F" w14:textId="77777777" w:rsidTr="00F95FC2">
        <w:trPr>
          <w:trHeight w:val="680"/>
          <w:jc w:val="center"/>
        </w:trPr>
        <w:tc>
          <w:tcPr>
            <w:tcW w:w="91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66FC7A5B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14</w:t>
            </w:r>
          </w:p>
        </w:tc>
        <w:tc>
          <w:tcPr>
            <w:tcW w:w="7095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EEEE692" w14:textId="77777777" w:rsidR="00865F59" w:rsidRDefault="00000000">
            <w:pPr>
              <w:spacing w:after="0"/>
            </w:pPr>
            <w:r>
              <w:rPr>
                <w:color w:val="1B2A4A"/>
                <w:sz w:val="19"/>
              </w:rPr>
              <w:t>Family’s choice — rest, finish anything left from the week, or let the detective write one math line with a hidden mistake — for the grown-ups to find (house phrase: “Good catch!”)</w:t>
            </w:r>
          </w:p>
        </w:tc>
        <w:tc>
          <w:tcPr>
            <w:tcW w:w="237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E10765C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</w:tbl>
    <w:p w14:paraId="4445B5E8" w14:textId="77777777" w:rsidR="00865F59" w:rsidRDefault="00000000">
      <w:pPr>
        <w:pageBreakBefore/>
        <w:spacing w:after="0"/>
      </w:pPr>
      <w:r>
        <w:rPr>
          <w:color w:val="6B7883"/>
          <w:sz w:val="4"/>
        </w:rPr>
        <w:lastRenderedPageBreak/>
        <w:t xml:space="preserve"> </w:t>
      </w:r>
    </w:p>
    <w:tbl>
      <w:tblPr>
        <w:tblW w:w="10413" w:type="dxa"/>
        <w:jc w:val="center"/>
        <w:tblLook w:val="04A0" w:firstRow="1" w:lastRow="0" w:firstColumn="1" w:lastColumn="0" w:noHBand="0" w:noVBand="1"/>
      </w:tblPr>
      <w:tblGrid>
        <w:gridCol w:w="912"/>
        <w:gridCol w:w="7117"/>
        <w:gridCol w:w="2384"/>
      </w:tblGrid>
      <w:tr w:rsidR="00865F59" w14:paraId="768619C9" w14:textId="77777777" w:rsidTr="00F95FC2">
        <w:trPr>
          <w:trHeight w:val="457"/>
          <w:jc w:val="center"/>
        </w:trPr>
        <w:tc>
          <w:tcPr>
            <w:tcW w:w="912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  <w:shd w:val="clear" w:color="auto" w:fill="1B2A4A"/>
          </w:tcPr>
          <w:p w14:paraId="41606EDB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FBF3E4"/>
                <w:sz w:val="19"/>
              </w:rPr>
              <w:t>day</w:t>
            </w:r>
          </w:p>
        </w:tc>
        <w:tc>
          <w:tcPr>
            <w:tcW w:w="7117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  <w:shd w:val="clear" w:color="auto" w:fill="1B2A4A"/>
          </w:tcPr>
          <w:p w14:paraId="2B899EC7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FBF3E4"/>
                <w:sz w:val="19"/>
              </w:rPr>
              <w:t>what to do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  <w:shd w:val="clear" w:color="auto" w:fill="1B2A4A"/>
          </w:tcPr>
          <w:p w14:paraId="599CFC40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FBF3E4"/>
                <w:sz w:val="19"/>
              </w:rPr>
              <w:t>day done!</w:t>
            </w:r>
          </w:p>
        </w:tc>
      </w:tr>
      <w:tr w:rsidR="00865F59" w14:paraId="1363AB22" w14:textId="77777777" w:rsidTr="00F95FC2">
        <w:trPr>
          <w:trHeight w:val="471"/>
          <w:jc w:val="center"/>
        </w:trPr>
        <w:tc>
          <w:tcPr>
            <w:tcW w:w="10413" w:type="dxa"/>
            <w:gridSpan w:val="3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  <w:shd w:val="clear" w:color="auto" w:fill="FFF3DC"/>
          </w:tcPr>
          <w:p w14:paraId="11981B80" w14:textId="77777777" w:rsidR="00865F59" w:rsidRDefault="00000000">
            <w:pPr>
              <w:spacing w:after="0"/>
            </w:pPr>
            <w:r>
              <w:rPr>
                <w:b/>
                <w:color w:val="B77A17"/>
              </w:rPr>
              <w:t>WEEK 3 · which way?</w:t>
            </w:r>
          </w:p>
        </w:tc>
      </w:tr>
      <w:tr w:rsidR="00865F59" w14:paraId="182DA1F7" w14:textId="77777777" w:rsidTr="00F95FC2">
        <w:trPr>
          <w:trHeight w:val="740"/>
          <w:jc w:val="center"/>
        </w:trPr>
        <w:tc>
          <w:tcPr>
            <w:tcW w:w="912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1A90294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15</w:t>
            </w:r>
          </w:p>
        </w:tc>
        <w:tc>
          <w:tcPr>
            <w:tcW w:w="7117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BD4CFB0" w14:textId="77777777" w:rsidR="00865F59" w:rsidRDefault="00000000">
            <w:pPr>
              <w:spacing w:after="0"/>
            </w:pPr>
            <w:r>
              <w:rPr>
                <w:color w:val="1B2A4A"/>
                <w:sz w:val="19"/>
              </w:rPr>
              <w:t xml:space="preserve">Watch </w:t>
            </w:r>
            <w:r>
              <w:rPr>
                <w:b/>
                <w:color w:val="1B2A4A"/>
                <w:sz w:val="19"/>
              </w:rPr>
              <w:t>L5 “Your one map”</w:t>
            </w:r>
            <w:r>
              <w:rPr>
                <w:color w:val="1B2A4A"/>
                <w:sz w:val="19"/>
              </w:rPr>
              <w:t xml:space="preserve"> · then </w:t>
            </w:r>
            <w:r>
              <w:rPr>
                <w:b/>
                <w:color w:val="1B2A4A"/>
                <w:sz w:val="19"/>
              </w:rPr>
              <w:t>Quiz 1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E3090BE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6CB317B1" w14:textId="77777777" w:rsidTr="00F95FC2">
        <w:trPr>
          <w:trHeight w:val="740"/>
          <w:jc w:val="center"/>
        </w:trPr>
        <w:tc>
          <w:tcPr>
            <w:tcW w:w="912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9AB4B83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16</w:t>
            </w:r>
          </w:p>
        </w:tc>
        <w:tc>
          <w:tcPr>
            <w:tcW w:w="7117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B7C9EB5" w14:textId="77777777" w:rsidR="00865F59" w:rsidRDefault="00000000">
            <w:pPr>
              <w:spacing w:after="0"/>
            </w:pPr>
            <w:r>
              <w:rPr>
                <w:b/>
                <w:color w:val="1B2A4A"/>
                <w:sz w:val="19"/>
              </w:rPr>
              <w:t>Quiz 2</w:t>
            </w:r>
            <w:r>
              <w:rPr>
                <w:color w:val="1B2A4A"/>
                <w:sz w:val="19"/>
              </w:rPr>
              <w:t xml:space="preserve">   +   </w:t>
            </w:r>
            <w:r>
              <w:rPr>
                <w:b/>
                <w:color w:val="1B2A4A"/>
                <w:sz w:val="19"/>
              </w:rPr>
              <w:t>Mission 5</w:t>
            </w:r>
            <w:r>
              <w:rPr>
                <w:color w:val="1B2A4A"/>
                <w:sz w:val="19"/>
              </w:rPr>
              <w:t xml:space="preserve"> (paper) </w:t>
            </w:r>
            <w:r>
              <w:rPr>
                <w:color w:val="6B7883"/>
                <w:sz w:val="17"/>
              </w:rPr>
              <w:t>— listening day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66E14F7B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3E2FB79F" w14:textId="77777777" w:rsidTr="00F95FC2">
        <w:trPr>
          <w:trHeight w:val="740"/>
          <w:jc w:val="center"/>
        </w:trPr>
        <w:tc>
          <w:tcPr>
            <w:tcW w:w="912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DA0E4BA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17</w:t>
            </w:r>
          </w:p>
        </w:tc>
        <w:tc>
          <w:tcPr>
            <w:tcW w:w="7117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0737E21" w14:textId="77777777" w:rsidR="00865F59" w:rsidRDefault="00000000">
            <w:pPr>
              <w:spacing w:after="0"/>
            </w:pPr>
            <w:r>
              <w:rPr>
                <w:b/>
                <w:color w:val="1B2A4A"/>
                <w:sz w:val="19"/>
              </w:rPr>
              <w:t>Quiz 3 — a short day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9BA6133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39050824" w14:textId="77777777" w:rsidTr="00F95FC2">
        <w:trPr>
          <w:trHeight w:val="740"/>
          <w:jc w:val="center"/>
        </w:trPr>
        <w:tc>
          <w:tcPr>
            <w:tcW w:w="912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7A41D49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18</w:t>
            </w:r>
          </w:p>
        </w:tc>
        <w:tc>
          <w:tcPr>
            <w:tcW w:w="7117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E046124" w14:textId="77777777" w:rsidR="00865F59" w:rsidRDefault="00000000">
            <w:pPr>
              <w:spacing w:after="0"/>
            </w:pPr>
            <w:r>
              <w:rPr>
                <w:color w:val="1B2A4A"/>
                <w:sz w:val="19"/>
              </w:rPr>
              <w:t xml:space="preserve">Watch </w:t>
            </w:r>
            <w:r>
              <w:rPr>
                <w:b/>
                <w:color w:val="1B2A4A"/>
                <w:sz w:val="19"/>
              </w:rPr>
              <w:t>L6 “Flipping signs”</w:t>
            </w:r>
            <w:r>
              <w:rPr>
                <w:color w:val="1B2A4A"/>
                <w:sz w:val="19"/>
              </w:rPr>
              <w:t xml:space="preserve"> · then </w:t>
            </w:r>
            <w:r>
              <w:rPr>
                <w:b/>
                <w:color w:val="1B2A4A"/>
                <w:sz w:val="19"/>
              </w:rPr>
              <w:t>Quiz 1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90FAA4D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20F1B764" w14:textId="77777777" w:rsidTr="00F95FC2">
        <w:trPr>
          <w:trHeight w:val="740"/>
          <w:jc w:val="center"/>
        </w:trPr>
        <w:tc>
          <w:tcPr>
            <w:tcW w:w="912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1162173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19</w:t>
            </w:r>
          </w:p>
        </w:tc>
        <w:tc>
          <w:tcPr>
            <w:tcW w:w="7117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90E007D" w14:textId="77777777" w:rsidR="00865F59" w:rsidRDefault="00000000">
            <w:pPr>
              <w:spacing w:after="0"/>
            </w:pPr>
            <w:r>
              <w:rPr>
                <w:b/>
                <w:color w:val="1B2A4A"/>
                <w:sz w:val="19"/>
              </w:rPr>
              <w:t>Quiz 2</w:t>
            </w:r>
            <w:r>
              <w:rPr>
                <w:color w:val="1B2A4A"/>
                <w:sz w:val="19"/>
              </w:rPr>
              <w:t xml:space="preserve">   +   </w:t>
            </w:r>
            <w:r>
              <w:rPr>
                <w:b/>
                <w:color w:val="1B2A4A"/>
                <w:sz w:val="19"/>
              </w:rPr>
              <w:t>Mission 6</w:t>
            </w:r>
            <w:r>
              <w:rPr>
                <w:color w:val="1B2A4A"/>
                <w:sz w:val="19"/>
              </w:rPr>
              <w:t xml:space="preserve"> (paper) </w:t>
            </w:r>
            <w:r>
              <w:rPr>
                <w:color w:val="6B7883"/>
                <w:sz w:val="17"/>
              </w:rPr>
              <w:t>— listening day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935685E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47CE743E" w14:textId="77777777" w:rsidTr="00F95FC2">
        <w:trPr>
          <w:trHeight w:val="740"/>
          <w:jc w:val="center"/>
        </w:trPr>
        <w:tc>
          <w:tcPr>
            <w:tcW w:w="912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415379D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20</w:t>
            </w:r>
          </w:p>
        </w:tc>
        <w:tc>
          <w:tcPr>
            <w:tcW w:w="7117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6D037C64" w14:textId="77777777" w:rsidR="00865F59" w:rsidRDefault="00000000">
            <w:pPr>
              <w:spacing w:after="0"/>
            </w:pPr>
            <w:r>
              <w:rPr>
                <w:b/>
                <w:color w:val="1B2A4A"/>
                <w:sz w:val="19"/>
              </w:rPr>
              <w:t>Quiz 3 — a short day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9C7F9FF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3F61DE6E" w14:textId="77777777" w:rsidTr="00F95FC2">
        <w:trPr>
          <w:trHeight w:val="740"/>
          <w:jc w:val="center"/>
        </w:trPr>
        <w:tc>
          <w:tcPr>
            <w:tcW w:w="912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64E48BC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21</w:t>
            </w:r>
          </w:p>
        </w:tc>
        <w:tc>
          <w:tcPr>
            <w:tcW w:w="7117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44948D0" w14:textId="77777777" w:rsidR="00865F59" w:rsidRDefault="00000000">
            <w:pPr>
              <w:spacing w:after="0"/>
            </w:pPr>
            <w:r>
              <w:rPr>
                <w:color w:val="1B2A4A"/>
                <w:sz w:val="19"/>
              </w:rPr>
              <w:t>Family’s choice — rest, finish anything left from the week, or let the detective write one math line with a hidden mistake — for the grown-ups to find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A7B1858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772E8DA2" w14:textId="77777777" w:rsidTr="00F95FC2">
        <w:trPr>
          <w:trHeight w:val="484"/>
          <w:jc w:val="center"/>
        </w:trPr>
        <w:tc>
          <w:tcPr>
            <w:tcW w:w="10413" w:type="dxa"/>
            <w:gridSpan w:val="3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  <w:shd w:val="clear" w:color="auto" w:fill="FFF3DC"/>
          </w:tcPr>
          <w:p w14:paraId="289F0278" w14:textId="77777777" w:rsidR="00865F59" w:rsidRDefault="00000000">
            <w:pPr>
              <w:spacing w:after="0"/>
            </w:pPr>
            <w:r>
              <w:rPr>
                <w:b/>
                <w:color w:val="B77A17"/>
              </w:rPr>
              <w:t>WEEK 4 · pages grow longer — stamina, on purpose</w:t>
            </w:r>
          </w:p>
        </w:tc>
      </w:tr>
      <w:tr w:rsidR="00865F59" w14:paraId="73E5B43E" w14:textId="77777777" w:rsidTr="00F95FC2">
        <w:trPr>
          <w:trHeight w:val="740"/>
          <w:jc w:val="center"/>
        </w:trPr>
        <w:tc>
          <w:tcPr>
            <w:tcW w:w="912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FFC6A19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22</w:t>
            </w:r>
          </w:p>
        </w:tc>
        <w:tc>
          <w:tcPr>
            <w:tcW w:w="7117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17F30CD" w14:textId="77777777" w:rsidR="00865F59" w:rsidRDefault="00000000">
            <w:pPr>
              <w:spacing w:after="0"/>
            </w:pPr>
            <w:r>
              <w:rPr>
                <w:color w:val="1B2A4A"/>
                <w:sz w:val="19"/>
              </w:rPr>
              <w:t xml:space="preserve">Watch </w:t>
            </w:r>
            <w:r>
              <w:rPr>
                <w:b/>
                <w:color w:val="1B2A4A"/>
                <w:sz w:val="19"/>
              </w:rPr>
              <w:t>L7 “Steps that vanish”</w:t>
            </w:r>
            <w:r>
              <w:rPr>
                <w:color w:val="1B2A4A"/>
                <w:sz w:val="19"/>
              </w:rPr>
              <w:t xml:space="preserve"> · then </w:t>
            </w:r>
            <w:r>
              <w:rPr>
                <w:b/>
                <w:color w:val="1B2A4A"/>
                <w:sz w:val="19"/>
              </w:rPr>
              <w:t>Quiz 1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77FFBA5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27639665" w14:textId="77777777" w:rsidTr="00F95FC2">
        <w:trPr>
          <w:trHeight w:val="740"/>
          <w:jc w:val="center"/>
        </w:trPr>
        <w:tc>
          <w:tcPr>
            <w:tcW w:w="912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E409D6B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23</w:t>
            </w:r>
          </w:p>
        </w:tc>
        <w:tc>
          <w:tcPr>
            <w:tcW w:w="7117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FE3E51E" w14:textId="77777777" w:rsidR="00865F59" w:rsidRDefault="00000000">
            <w:pPr>
              <w:spacing w:after="0"/>
            </w:pPr>
            <w:r>
              <w:rPr>
                <w:b/>
                <w:color w:val="1B2A4A"/>
                <w:sz w:val="19"/>
              </w:rPr>
              <w:t>Quiz 2</w:t>
            </w:r>
            <w:r>
              <w:rPr>
                <w:color w:val="1B2A4A"/>
                <w:sz w:val="19"/>
              </w:rPr>
              <w:t xml:space="preserve">   +   </w:t>
            </w:r>
            <w:r>
              <w:rPr>
                <w:b/>
                <w:color w:val="1B2A4A"/>
                <w:sz w:val="19"/>
              </w:rPr>
              <w:t>Mission 7</w:t>
            </w:r>
            <w:r>
              <w:rPr>
                <w:color w:val="1B2A4A"/>
                <w:sz w:val="19"/>
              </w:rPr>
              <w:t xml:space="preserve"> (paper) </w:t>
            </w:r>
            <w:r>
              <w:rPr>
                <w:color w:val="6B7883"/>
                <w:sz w:val="17"/>
              </w:rPr>
              <w:t>— listening day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4D9822C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2704DF94" w14:textId="77777777" w:rsidTr="00F95FC2">
        <w:trPr>
          <w:trHeight w:val="740"/>
          <w:jc w:val="center"/>
        </w:trPr>
        <w:tc>
          <w:tcPr>
            <w:tcW w:w="912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28D7450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24</w:t>
            </w:r>
          </w:p>
        </w:tc>
        <w:tc>
          <w:tcPr>
            <w:tcW w:w="7117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7B3EFCF" w14:textId="77777777" w:rsidR="00865F59" w:rsidRDefault="00000000">
            <w:pPr>
              <w:spacing w:after="0"/>
            </w:pPr>
            <w:r>
              <w:rPr>
                <w:b/>
                <w:color w:val="1B2A4A"/>
                <w:sz w:val="19"/>
              </w:rPr>
              <w:t>Quiz 3 — a short day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D03D4BB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6B87DC25" w14:textId="77777777" w:rsidTr="00F95FC2">
        <w:trPr>
          <w:trHeight w:val="740"/>
          <w:jc w:val="center"/>
        </w:trPr>
        <w:tc>
          <w:tcPr>
            <w:tcW w:w="912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101FBD9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25</w:t>
            </w:r>
          </w:p>
        </w:tc>
        <w:tc>
          <w:tcPr>
            <w:tcW w:w="7117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4276775" w14:textId="77777777" w:rsidR="00865F59" w:rsidRDefault="00000000">
            <w:pPr>
              <w:spacing w:after="0"/>
            </w:pPr>
            <w:r>
              <w:rPr>
                <w:color w:val="1B2A4A"/>
                <w:sz w:val="19"/>
              </w:rPr>
              <w:t xml:space="preserve">Watch </w:t>
            </w:r>
            <w:r>
              <w:rPr>
                <w:b/>
                <w:color w:val="1B2A4A"/>
                <w:sz w:val="19"/>
              </w:rPr>
              <w:t>L8 “The Page Is Your Ally”</w:t>
            </w:r>
            <w:r>
              <w:rPr>
                <w:color w:val="1B2A4A"/>
                <w:sz w:val="19"/>
              </w:rPr>
              <w:t xml:space="preserve"> · then </w:t>
            </w:r>
            <w:r>
              <w:rPr>
                <w:b/>
                <w:color w:val="1B2A4A"/>
                <w:sz w:val="19"/>
              </w:rPr>
              <w:t>Quiz 1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6B8D31D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5237F09E" w14:textId="77777777" w:rsidTr="00F95FC2">
        <w:trPr>
          <w:trHeight w:val="740"/>
          <w:jc w:val="center"/>
        </w:trPr>
        <w:tc>
          <w:tcPr>
            <w:tcW w:w="912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61564C3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26</w:t>
            </w:r>
          </w:p>
        </w:tc>
        <w:tc>
          <w:tcPr>
            <w:tcW w:w="7117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DC76748" w14:textId="77777777" w:rsidR="00865F59" w:rsidRDefault="00000000">
            <w:pPr>
              <w:spacing w:after="0"/>
            </w:pPr>
            <w:r>
              <w:rPr>
                <w:b/>
                <w:color w:val="1B2A4A"/>
                <w:sz w:val="19"/>
              </w:rPr>
              <w:t>Quiz 2</w:t>
            </w:r>
            <w:r>
              <w:rPr>
                <w:color w:val="1B2A4A"/>
                <w:sz w:val="19"/>
              </w:rPr>
              <w:t xml:space="preserve">   +   </w:t>
            </w:r>
            <w:r>
              <w:rPr>
                <w:b/>
                <w:color w:val="1B2A4A"/>
                <w:sz w:val="19"/>
              </w:rPr>
              <w:t>Mission 8</w:t>
            </w:r>
            <w:r>
              <w:rPr>
                <w:color w:val="1B2A4A"/>
                <w:sz w:val="19"/>
              </w:rPr>
              <w:t xml:space="preserve"> (paper) </w:t>
            </w:r>
            <w:r>
              <w:rPr>
                <w:color w:val="6B7883"/>
                <w:sz w:val="17"/>
              </w:rPr>
              <w:t>— listening day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5D1F1D9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60C57079" w14:textId="77777777" w:rsidTr="00F95FC2">
        <w:trPr>
          <w:trHeight w:val="740"/>
          <w:jc w:val="center"/>
        </w:trPr>
        <w:tc>
          <w:tcPr>
            <w:tcW w:w="912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716AE9F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27</w:t>
            </w:r>
          </w:p>
        </w:tc>
        <w:tc>
          <w:tcPr>
            <w:tcW w:w="7117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C35DFB4" w14:textId="77777777" w:rsidR="00865F59" w:rsidRDefault="00000000">
            <w:pPr>
              <w:spacing w:after="0"/>
            </w:pPr>
            <w:r>
              <w:rPr>
                <w:b/>
                <w:color w:val="1B2A4A"/>
                <w:sz w:val="19"/>
              </w:rPr>
              <w:t>Quiz 3 — a short day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9D3E358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5CCE5A40" w14:textId="77777777" w:rsidTr="00F95FC2">
        <w:trPr>
          <w:trHeight w:val="740"/>
          <w:jc w:val="center"/>
        </w:trPr>
        <w:tc>
          <w:tcPr>
            <w:tcW w:w="912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178B311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28</w:t>
            </w:r>
          </w:p>
        </w:tc>
        <w:tc>
          <w:tcPr>
            <w:tcW w:w="7117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E7A563C" w14:textId="77777777" w:rsidR="00865F59" w:rsidRDefault="00000000">
            <w:pPr>
              <w:spacing w:after="0"/>
            </w:pPr>
            <w:r>
              <w:rPr>
                <w:color w:val="1B2A4A"/>
                <w:sz w:val="19"/>
              </w:rPr>
              <w:t>Family’s choice — rest, finish anything left from the week, or let the detective write one math line with a hidden mistake — for the grown-ups to find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64B2B71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</w:tbl>
    <w:p w14:paraId="73693F09" w14:textId="77777777" w:rsidR="00865F59" w:rsidRDefault="00000000">
      <w:pPr>
        <w:pageBreakBefore/>
        <w:spacing w:after="0"/>
      </w:pPr>
      <w:r>
        <w:rPr>
          <w:color w:val="6B7883"/>
          <w:sz w:val="4"/>
        </w:rPr>
        <w:lastRenderedPageBreak/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14"/>
        <w:gridCol w:w="7129"/>
        <w:gridCol w:w="2383"/>
      </w:tblGrid>
      <w:tr w:rsidR="00865F59" w14:paraId="53486C00" w14:textId="77777777" w:rsidTr="00F95FC2">
        <w:trPr>
          <w:trHeight w:val="464"/>
          <w:jc w:val="center"/>
        </w:trPr>
        <w:tc>
          <w:tcPr>
            <w:tcW w:w="91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  <w:shd w:val="clear" w:color="auto" w:fill="1B2A4A"/>
          </w:tcPr>
          <w:p w14:paraId="27A42ACA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FBF3E4"/>
                <w:sz w:val="19"/>
              </w:rPr>
              <w:t>day</w:t>
            </w:r>
          </w:p>
        </w:tc>
        <w:tc>
          <w:tcPr>
            <w:tcW w:w="7129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  <w:shd w:val="clear" w:color="auto" w:fill="1B2A4A"/>
          </w:tcPr>
          <w:p w14:paraId="600A5E39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FBF3E4"/>
                <w:sz w:val="19"/>
              </w:rPr>
              <w:t>what to do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  <w:shd w:val="clear" w:color="auto" w:fill="1B2A4A"/>
          </w:tcPr>
          <w:p w14:paraId="08CD9E8E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FBF3E4"/>
                <w:sz w:val="19"/>
              </w:rPr>
              <w:t>day done!</w:t>
            </w:r>
          </w:p>
        </w:tc>
      </w:tr>
      <w:tr w:rsidR="00865F59" w14:paraId="4869F679" w14:textId="77777777" w:rsidTr="00F95FC2">
        <w:trPr>
          <w:trHeight w:val="481"/>
          <w:jc w:val="center"/>
        </w:trPr>
        <w:tc>
          <w:tcPr>
            <w:tcW w:w="10426" w:type="dxa"/>
            <w:gridSpan w:val="3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  <w:shd w:val="clear" w:color="auto" w:fill="FFF3DC"/>
          </w:tcPr>
          <w:p w14:paraId="1C64219B" w14:textId="77777777" w:rsidR="00865F59" w:rsidRDefault="00000000">
            <w:pPr>
              <w:spacing w:after="0"/>
            </w:pPr>
            <w:r>
              <w:rPr>
                <w:b/>
                <w:color w:val="B77A17"/>
              </w:rPr>
              <w:t>WEEK 5 · the breathing week — no new videos</w:t>
            </w:r>
          </w:p>
        </w:tc>
      </w:tr>
      <w:tr w:rsidR="00865F59" w14:paraId="7BE7195B" w14:textId="77777777" w:rsidTr="00F95FC2">
        <w:trPr>
          <w:trHeight w:val="752"/>
          <w:jc w:val="center"/>
        </w:trPr>
        <w:tc>
          <w:tcPr>
            <w:tcW w:w="91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4215E85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29</w:t>
            </w:r>
          </w:p>
        </w:tc>
        <w:tc>
          <w:tcPr>
            <w:tcW w:w="7129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F33D0A3" w14:textId="77777777" w:rsidR="00865F59" w:rsidRDefault="00000000">
            <w:pPr>
              <w:spacing w:after="0"/>
            </w:pPr>
            <w:r>
              <w:rPr>
                <w:color w:val="1B2A4A"/>
                <w:sz w:val="19"/>
              </w:rPr>
              <w:t>Replay a favourite quiz — fresh eyes on old villains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1D7B928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17D3A756" w14:textId="77777777" w:rsidTr="00F95FC2">
        <w:trPr>
          <w:trHeight w:val="752"/>
          <w:jc w:val="center"/>
        </w:trPr>
        <w:tc>
          <w:tcPr>
            <w:tcW w:w="91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6BC4B290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30</w:t>
            </w:r>
          </w:p>
        </w:tc>
        <w:tc>
          <w:tcPr>
            <w:tcW w:w="7129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4033DEA" w14:textId="77777777" w:rsidR="00865F59" w:rsidRDefault="00000000">
            <w:pPr>
              <w:spacing w:after="0"/>
            </w:pPr>
            <w:r>
              <w:rPr>
                <w:color w:val="1B2A4A"/>
                <w:sz w:val="19"/>
              </w:rPr>
              <w:t>Replay another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B6B20BC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43E47C2D" w14:textId="77777777" w:rsidTr="00F95FC2">
        <w:trPr>
          <w:trHeight w:val="752"/>
          <w:jc w:val="center"/>
        </w:trPr>
        <w:tc>
          <w:tcPr>
            <w:tcW w:w="91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DC75C52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31</w:t>
            </w:r>
          </w:p>
        </w:tc>
        <w:tc>
          <w:tcPr>
            <w:tcW w:w="7129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42D739B" w14:textId="77777777" w:rsidR="00865F59" w:rsidRDefault="00000000">
            <w:pPr>
              <w:spacing w:after="0"/>
            </w:pPr>
            <w:r>
              <w:rPr>
                <w:color w:val="1B2A4A"/>
                <w:sz w:val="19"/>
              </w:rPr>
              <w:t xml:space="preserve">Start the </w:t>
            </w:r>
            <w:r>
              <w:rPr>
                <w:b/>
                <w:color w:val="1B2A4A"/>
                <w:sz w:val="19"/>
              </w:rPr>
              <w:t>Signature Tally</w:t>
            </w:r>
            <w:r>
              <w:rPr>
                <w:color w:val="1B2A4A"/>
                <w:sz w:val="19"/>
              </w:rPr>
              <w:t xml:space="preserve"> — which villains did YOU catch most? </w:t>
            </w:r>
            <w:r>
              <w:rPr>
                <w:color w:val="6B7883"/>
                <w:sz w:val="17"/>
              </w:rPr>
              <w:t>(sheet in Mission 9)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6EB8D587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06997568" w14:textId="77777777" w:rsidTr="00F95FC2">
        <w:trPr>
          <w:trHeight w:val="752"/>
          <w:jc w:val="center"/>
        </w:trPr>
        <w:tc>
          <w:tcPr>
            <w:tcW w:w="91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F7CA5FC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32</w:t>
            </w:r>
          </w:p>
        </w:tc>
        <w:tc>
          <w:tcPr>
            <w:tcW w:w="7129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BF89401" w14:textId="77777777" w:rsidR="00865F59" w:rsidRDefault="00000000">
            <w:pPr>
              <w:spacing w:after="0"/>
            </w:pPr>
            <w:r>
              <w:rPr>
                <w:color w:val="1B2A4A"/>
                <w:sz w:val="19"/>
              </w:rPr>
              <w:t>Trap day — the detective writes a few math lines with hidden mistakes; the grown-ups hunt them (fall in enthusiastically — “Good catch!”)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6A52D3EF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074CAB94" w14:textId="77777777" w:rsidTr="00F95FC2">
        <w:trPr>
          <w:trHeight w:val="752"/>
          <w:jc w:val="center"/>
        </w:trPr>
        <w:tc>
          <w:tcPr>
            <w:tcW w:w="91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839DABE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33</w:t>
            </w:r>
          </w:p>
        </w:tc>
        <w:tc>
          <w:tcPr>
            <w:tcW w:w="7129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6E897B32" w14:textId="77777777" w:rsidR="00865F59" w:rsidRDefault="00000000">
            <w:pPr>
              <w:spacing w:after="0"/>
            </w:pPr>
            <w:r>
              <w:rPr>
                <w:color w:val="1B2A4A"/>
                <w:sz w:val="19"/>
              </w:rPr>
              <w:t>Family’s choice — replay a quiz, write a hidden-mistake line for the grown-ups, or rest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B4814A4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57319545" w14:textId="77777777" w:rsidTr="00F95FC2">
        <w:trPr>
          <w:trHeight w:val="752"/>
          <w:jc w:val="center"/>
        </w:trPr>
        <w:tc>
          <w:tcPr>
            <w:tcW w:w="91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35EF1A2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34</w:t>
            </w:r>
          </w:p>
        </w:tc>
        <w:tc>
          <w:tcPr>
            <w:tcW w:w="7129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C68956B" w14:textId="77777777" w:rsidR="00865F59" w:rsidRDefault="00000000">
            <w:pPr>
              <w:spacing w:after="0"/>
            </w:pPr>
            <w:r>
              <w:rPr>
                <w:color w:val="1B2A4A"/>
                <w:sz w:val="19"/>
              </w:rPr>
              <w:t>Family’s choice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338DAE0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71DD9C7C" w14:textId="77777777" w:rsidTr="00F95FC2">
        <w:trPr>
          <w:trHeight w:val="752"/>
          <w:jc w:val="center"/>
        </w:trPr>
        <w:tc>
          <w:tcPr>
            <w:tcW w:w="91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438665D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35</w:t>
            </w:r>
          </w:p>
        </w:tc>
        <w:tc>
          <w:tcPr>
            <w:tcW w:w="7129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2BBBFA6" w14:textId="77777777" w:rsidR="00865F59" w:rsidRDefault="00000000">
            <w:pPr>
              <w:spacing w:after="0"/>
            </w:pPr>
            <w:r>
              <w:rPr>
                <w:color w:val="1B2A4A"/>
                <w:sz w:val="19"/>
              </w:rPr>
              <w:t>Family’s choice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7B4102F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0A63823F" w14:textId="77777777" w:rsidTr="00F95FC2">
        <w:trPr>
          <w:trHeight w:val="524"/>
          <w:jc w:val="center"/>
        </w:trPr>
        <w:tc>
          <w:tcPr>
            <w:tcW w:w="10426" w:type="dxa"/>
            <w:gridSpan w:val="3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  <w:shd w:val="clear" w:color="auto" w:fill="FFF3DC"/>
          </w:tcPr>
          <w:p w14:paraId="5DC930D7" w14:textId="77777777" w:rsidR="00865F59" w:rsidRDefault="00000000">
            <w:pPr>
              <w:spacing w:after="0"/>
            </w:pPr>
            <w:r>
              <w:rPr>
                <w:b/>
                <w:color w:val="B77A17"/>
              </w:rPr>
              <w:t>WEEK 6 · the capstone ⭐</w:t>
            </w:r>
          </w:p>
        </w:tc>
      </w:tr>
      <w:tr w:rsidR="00865F59" w14:paraId="269D20BF" w14:textId="77777777" w:rsidTr="00F95FC2">
        <w:trPr>
          <w:trHeight w:val="752"/>
          <w:jc w:val="center"/>
        </w:trPr>
        <w:tc>
          <w:tcPr>
            <w:tcW w:w="91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6887212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36</w:t>
            </w:r>
          </w:p>
        </w:tc>
        <w:tc>
          <w:tcPr>
            <w:tcW w:w="7129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B8CE571" w14:textId="77777777" w:rsidR="00865F59" w:rsidRDefault="00000000">
            <w:pPr>
              <w:spacing w:after="0"/>
            </w:pPr>
            <w:r>
              <w:rPr>
                <w:color w:val="1B2A4A"/>
                <w:sz w:val="19"/>
              </w:rPr>
              <w:t xml:space="preserve">Watch </w:t>
            </w:r>
            <w:r>
              <w:rPr>
                <w:b/>
                <w:color w:val="1B2A4A"/>
                <w:sz w:val="19"/>
              </w:rPr>
              <w:t>L9 “Know Your Signature”</w:t>
            </w:r>
            <w:r>
              <w:rPr>
                <w:color w:val="1B2A4A"/>
                <w:sz w:val="19"/>
              </w:rPr>
              <w:t xml:space="preserve"> — PAUSE it, build the check card together · then </w:t>
            </w:r>
            <w:r>
              <w:rPr>
                <w:b/>
                <w:color w:val="1B2A4A"/>
                <w:sz w:val="19"/>
              </w:rPr>
              <w:t>Signature Hunt 1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74B1623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48DC24AE" w14:textId="77777777" w:rsidTr="00F95FC2">
        <w:trPr>
          <w:trHeight w:val="752"/>
          <w:jc w:val="center"/>
        </w:trPr>
        <w:tc>
          <w:tcPr>
            <w:tcW w:w="91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4FE05AB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37</w:t>
            </w:r>
          </w:p>
        </w:tc>
        <w:tc>
          <w:tcPr>
            <w:tcW w:w="7129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02C597F" w14:textId="77777777" w:rsidR="00865F59" w:rsidRDefault="00000000">
            <w:pPr>
              <w:spacing w:after="0"/>
            </w:pPr>
            <w:r>
              <w:rPr>
                <w:b/>
                <w:color w:val="1B2A4A"/>
                <w:sz w:val="19"/>
              </w:rPr>
              <w:t>Signature Hunt 2</w:t>
            </w:r>
            <w:r>
              <w:rPr>
                <w:color w:val="1B2A4A"/>
                <w:sz w:val="19"/>
              </w:rPr>
              <w:t xml:space="preserve">   +   </w:t>
            </w:r>
            <w:r>
              <w:rPr>
                <w:b/>
                <w:color w:val="1B2A4A"/>
                <w:sz w:val="19"/>
              </w:rPr>
              <w:t>Mission 9</w:t>
            </w:r>
            <w:r>
              <w:rPr>
                <w:color w:val="1B2A4A"/>
                <w:sz w:val="19"/>
              </w:rPr>
              <w:t xml:space="preserve"> — My Check Card (cut it out!) + finish the Tally </w:t>
            </w:r>
            <w:r>
              <w:rPr>
                <w:color w:val="6B7883"/>
                <w:sz w:val="17"/>
              </w:rPr>
              <w:t>— listening day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0723806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04FC1B25" w14:textId="77777777" w:rsidTr="00F95FC2">
        <w:trPr>
          <w:trHeight w:val="752"/>
          <w:jc w:val="center"/>
        </w:trPr>
        <w:tc>
          <w:tcPr>
            <w:tcW w:w="91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07813A2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38</w:t>
            </w:r>
          </w:p>
        </w:tc>
        <w:tc>
          <w:tcPr>
            <w:tcW w:w="7129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9960152" w14:textId="77777777" w:rsidR="00865F59" w:rsidRDefault="00000000">
            <w:pPr>
              <w:spacing w:after="0"/>
            </w:pPr>
            <w:r>
              <w:rPr>
                <w:b/>
                <w:color w:val="1B2A4A"/>
                <w:sz w:val="19"/>
              </w:rPr>
              <w:t>Signature Hunt 3 — a short day · The Big Hunt unlocks! ⭐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6ABD8DF7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7ECACB66" w14:textId="77777777" w:rsidTr="00F95FC2">
        <w:trPr>
          <w:trHeight w:val="752"/>
          <w:jc w:val="center"/>
        </w:trPr>
        <w:tc>
          <w:tcPr>
            <w:tcW w:w="91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6AA08D2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39</w:t>
            </w:r>
          </w:p>
        </w:tc>
        <w:tc>
          <w:tcPr>
            <w:tcW w:w="7129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4214AD6" w14:textId="77777777" w:rsidR="00865F59" w:rsidRDefault="00000000">
            <w:pPr>
              <w:spacing w:after="0"/>
            </w:pPr>
            <w:r>
              <w:rPr>
                <w:b/>
                <w:color w:val="1B2A4A"/>
                <w:sz w:val="19"/>
              </w:rPr>
              <w:t>The Big Hunt — the rematch, on paper (this one may be celebrated together)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C40D8D3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06CB51CE" w14:textId="77777777" w:rsidTr="00F95FC2">
        <w:trPr>
          <w:trHeight w:val="752"/>
          <w:jc w:val="center"/>
        </w:trPr>
        <w:tc>
          <w:tcPr>
            <w:tcW w:w="91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4EA0376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40</w:t>
            </w:r>
          </w:p>
        </w:tc>
        <w:tc>
          <w:tcPr>
            <w:tcW w:w="7129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6093A600" w14:textId="77777777" w:rsidR="00865F59" w:rsidRDefault="00000000">
            <w:pPr>
              <w:spacing w:after="0"/>
            </w:pPr>
            <w:r>
              <w:rPr>
                <w:color w:val="1B2A4A"/>
                <w:sz w:val="19"/>
              </w:rPr>
              <w:t xml:space="preserve">The </w:t>
            </w:r>
            <w:r>
              <w:rPr>
                <w:b/>
                <w:color w:val="1B2A4A"/>
                <w:sz w:val="19"/>
              </w:rPr>
              <w:t>Detective Report</w:t>
            </w:r>
            <w:r>
              <w:rPr>
                <w:color w:val="1B2A4A"/>
                <w:sz w:val="19"/>
              </w:rPr>
              <w:t xml:space="preserve"> side by side with The First Hunt · the </w:t>
            </w:r>
            <w:r>
              <w:rPr>
                <w:b/>
                <w:color w:val="1B2A4A"/>
                <w:sz w:val="19"/>
              </w:rPr>
              <w:t>Certificate</w:t>
            </w:r>
            <w:r>
              <w:rPr>
                <w:color w:val="1B2A4A"/>
                <w:sz w:val="19"/>
              </w:rPr>
              <w:t xml:space="preserve"> · celebrate! ⭐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B542991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23D8BDE6" w14:textId="77777777" w:rsidTr="00F95FC2">
        <w:trPr>
          <w:trHeight w:val="752"/>
          <w:jc w:val="center"/>
        </w:trPr>
        <w:tc>
          <w:tcPr>
            <w:tcW w:w="91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10E132B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41</w:t>
            </w:r>
          </w:p>
        </w:tc>
        <w:tc>
          <w:tcPr>
            <w:tcW w:w="7129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4022F76" w14:textId="77777777" w:rsidR="00865F59" w:rsidRDefault="00000000">
            <w:pPr>
              <w:spacing w:after="0"/>
            </w:pPr>
            <w:r>
              <w:rPr>
                <w:color w:val="1B2A4A"/>
                <w:sz w:val="19"/>
              </w:rPr>
              <w:t>Family’s choice — perhaps one victory line with a hidden mistake — for the grown-ups to find?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2E3AFB6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  <w:tr w:rsidR="00865F59" w14:paraId="30661FCB" w14:textId="77777777" w:rsidTr="00F95FC2">
        <w:trPr>
          <w:trHeight w:val="752"/>
          <w:jc w:val="center"/>
        </w:trPr>
        <w:tc>
          <w:tcPr>
            <w:tcW w:w="914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CF9DFDE" w14:textId="77777777" w:rsidR="00865F59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42</w:t>
            </w:r>
          </w:p>
        </w:tc>
        <w:tc>
          <w:tcPr>
            <w:tcW w:w="7129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90E3425" w14:textId="77777777" w:rsidR="00865F59" w:rsidRDefault="00000000">
            <w:pPr>
              <w:spacing w:after="0"/>
            </w:pPr>
            <w:r>
              <w:rPr>
                <w:color w:val="1B2A4A"/>
                <w:sz w:val="19"/>
              </w:rPr>
              <w:t>Rest — detectives have earned it ⭐</w:t>
            </w:r>
          </w:p>
        </w:tc>
        <w:tc>
          <w:tcPr>
            <w:tcW w:w="2383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0F349E2" w14:textId="77777777" w:rsidR="00865F59" w:rsidRDefault="00000000">
            <w:pPr>
              <w:spacing w:after="0"/>
              <w:jc w:val="center"/>
            </w:pPr>
            <w:r>
              <w:rPr>
                <w:color w:val="2E9E71"/>
                <w:sz w:val="34"/>
              </w:rPr>
              <w:t>☐</w:t>
            </w:r>
          </w:p>
        </w:tc>
      </w:tr>
    </w:tbl>
    <w:p w14:paraId="58DE8D87" w14:textId="77777777" w:rsidR="00865F59" w:rsidRDefault="00000000">
      <w:pPr>
        <w:spacing w:before="160" w:after="0"/>
        <w:jc w:val="center"/>
      </w:pPr>
      <w:r>
        <w:rPr>
          <w:color w:val="6B7883"/>
          <w:sz w:val="17"/>
        </w:rPr>
        <w:t>Praise the CATCHES, not the answers · half pace is a fine pace · never on the table: timers, races, or the word “careless.”</w:t>
      </w:r>
    </w:p>
    <w:sectPr w:rsidR="00865F59" w:rsidSect="00F95FC2">
      <w:pgSz w:w="12240" w:h="15840"/>
      <w:pgMar w:top="990" w:right="1000" w:bottom="480" w:left="10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5310485">
    <w:abstractNumId w:val="8"/>
  </w:num>
  <w:num w:numId="2" w16cid:durableId="1467160033">
    <w:abstractNumId w:val="6"/>
  </w:num>
  <w:num w:numId="3" w16cid:durableId="715470840">
    <w:abstractNumId w:val="5"/>
  </w:num>
  <w:num w:numId="4" w16cid:durableId="1976178045">
    <w:abstractNumId w:val="4"/>
  </w:num>
  <w:num w:numId="5" w16cid:durableId="1996689712">
    <w:abstractNumId w:val="7"/>
  </w:num>
  <w:num w:numId="6" w16cid:durableId="593704779">
    <w:abstractNumId w:val="3"/>
  </w:num>
  <w:num w:numId="7" w16cid:durableId="1007439768">
    <w:abstractNumId w:val="2"/>
  </w:num>
  <w:num w:numId="8" w16cid:durableId="99763045">
    <w:abstractNumId w:val="1"/>
  </w:num>
  <w:num w:numId="9" w16cid:durableId="210298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65F59"/>
    <w:rsid w:val="00952E0F"/>
    <w:rsid w:val="00AA1D8D"/>
    <w:rsid w:val="00B47730"/>
    <w:rsid w:val="00CB0664"/>
    <w:rsid w:val="00F95F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309162"/>
  <w14:defaultImageDpi w14:val="300"/>
  <w15:docId w15:val="{FC06DB8E-274A-400E-B484-A957F86E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Shevyakov, Alexey</cp:lastModifiedBy>
  <cp:revision>2</cp:revision>
  <dcterms:created xsi:type="dcterms:W3CDTF">2013-12-23T23:15:00Z</dcterms:created>
  <dcterms:modified xsi:type="dcterms:W3CDTF">2026-08-12T21:36:00Z</dcterms:modified>
  <cp:category/>
</cp:coreProperties>
</file>